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הערכה חלופית בעידן ה-AI: מתוצר לתהליך</w:t>
            </w:r>
          </w:p>
          <w:p>
            <w:pPr>
              <w:bidi/>
              <w:jc w:val="right"/>
            </w:pPr>
            <w:r>
              <w:rPr>
                <w:rFonts w:ascii="Arial" w:hAnsi="Arial" w:cs="Arial" w:eastAsia="Arial"/>
                <w:lang w:val="he-IL" w:bidi="he-IL"/>
                <w:b/>
                <w:color w:val="3C1361"/>
                <w:sz w:val="32"/>
                <w:rtl/>
                <w:szCs w:val="32"/>
                <w:bCs/>
              </w:rPr>
              <w:t>דף תרגול: הערכה חלופית ושימוש שקוף ב-AI (חטיבת ביניים)</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את רמות ה-AIAS ואת תפקידן במשימות הערכה</w:t>
      </w:r>
    </w:p>
    <w:p>
      <w:pPr>
        <w:bidi/>
        <w:spacing w:after="80"/>
        <w:jc w:val="right"/>
      </w:pPr>
      <w:r>
        <w:rPr>
          <w:rFonts w:ascii="Arial" w:hAnsi="Arial" w:cs="Arial" w:eastAsia="Arial"/>
          <w:lang w:val="he-IL" w:bidi="he-IL"/>
          <w:sz w:val="22"/>
          <w:rtl/>
          <w:szCs w:val="22"/>
        </w:rPr>
        <w:t>• להבין מה זה יומן תהליך ושיחת הגנה ולמה הם חשובים</w:t>
      </w:r>
    </w:p>
    <w:p>
      <w:pPr>
        <w:bidi/>
        <w:spacing w:after="80"/>
        <w:jc w:val="right"/>
      </w:pPr>
      <w:r>
        <w:rPr>
          <w:rFonts w:ascii="Arial" w:hAnsi="Arial" w:cs="Arial" w:eastAsia="Arial"/>
          <w:lang w:val="he-IL" w:bidi="he-IL"/>
          <w:sz w:val="22"/>
          <w:rtl/>
          <w:szCs w:val="22"/>
        </w:rPr>
        <w:t>• לתרגל זיהוי שימוש אחראי ושקוף בכלי AI במשימות בית ספר</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הבנה כללית</w:t>
      </w:r>
    </w:p>
    <w:p>
      <w:pPr>
        <w:bidi/>
        <w:spacing w:after="40"/>
        <w:jc w:val="right"/>
      </w:pPr>
      <w:r>
        <w:rPr>
          <w:rFonts w:ascii="Arial" w:hAnsi="Arial" w:cs="Arial" w:eastAsia="Arial"/>
          <w:lang w:val="he-IL" w:bidi="he-IL"/>
          <w:sz w:val="22"/>
          <w:rtl/>
          <w:szCs w:val="22"/>
        </w:rPr>
        <w:t>1. ב – סולם שמגדיר רמת שימוש מותרת ב-AI במשימה</w:t>
      </w:r>
    </w:p>
    <w:p>
      <w:pPr>
        <w:bidi/>
        <w:spacing w:after="40"/>
        <w:jc w:val="right"/>
      </w:pPr>
      <w:r>
        <w:rPr>
          <w:rFonts w:ascii="Arial" w:hAnsi="Arial" w:cs="Arial" w:eastAsia="Arial"/>
          <w:lang w:val="he-IL" w:bidi="he-IL"/>
          <w:sz w:val="22"/>
          <w:rtl/>
          <w:szCs w:val="22"/>
        </w:rPr>
        <w:t>2. ב – כלום – זו נקודת עצירה בלי AI</w:t>
      </w:r>
    </w:p>
    <w:p>
      <w:pPr>
        <w:bidi/>
        <w:spacing w:after="40"/>
        <w:jc w:val="right"/>
      </w:pPr>
      <w:r>
        <w:rPr>
          <w:rFonts w:ascii="Arial" w:hAnsi="Arial" w:cs="Arial" w:eastAsia="Arial"/>
          <w:lang w:val="he-IL" w:bidi="he-IL"/>
          <w:sz w:val="22"/>
          <w:rtl/>
          <w:szCs w:val="22"/>
        </w:rPr>
        <w:t>3. א – בתוצרים יצירתיים עם הסבר בעל פה</w:t>
      </w:r>
    </w:p>
    <w:p>
      <w:pPr>
        <w:bidi/>
        <w:spacing w:after="40"/>
        <w:jc w:val="right"/>
      </w:pPr>
      <w:r>
        <w:rPr>
          <w:rFonts w:ascii="Arial" w:hAnsi="Arial" w:cs="Arial" w:eastAsia="Arial"/>
          <w:lang w:val="he-IL" w:bidi="he-IL"/>
          <w:sz w:val="22"/>
          <w:rtl/>
          <w:szCs w:val="22"/>
        </w:rPr>
        <w:t>4. ב – מה עשיתי, באיזה כלי השתמשתי, מה בדקתי ומה שיניתי</w:t>
      </w:r>
    </w:p>
    <w:p>
      <w:pPr>
        <w:bidi/>
        <w:spacing w:after="40"/>
        <w:jc w:val="right"/>
      </w:pPr>
      <w:r>
        <w:rPr>
          <w:rFonts w:ascii="Arial" w:hAnsi="Arial" w:cs="Arial" w:eastAsia="Arial"/>
          <w:lang w:val="he-IL" w:bidi="he-IL"/>
          <w:sz w:val="22"/>
          <w:rtl/>
          <w:szCs w:val="22"/>
        </w:rPr>
        <w:t>5. ג – אחרי הגשת התוצר הסופי</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נכון – היומן מתעד את כל שלבי העבודה כולל הפרומפטים</w:t>
      </w:r>
    </w:p>
    <w:p>
      <w:pPr>
        <w:bidi/>
        <w:spacing w:after="40"/>
        <w:jc w:val="right"/>
      </w:pPr>
      <w:r>
        <w:rPr>
          <w:rFonts w:ascii="Arial" w:hAnsi="Arial" w:cs="Arial" w:eastAsia="Arial"/>
          <w:lang w:val="he-IL" w:bidi="he-IL"/>
          <w:sz w:val="22"/>
          <w:rtl/>
          <w:szCs w:val="22"/>
        </w:rPr>
        <w:t>2. לא נכון – ברמה 4 כן אפשר להשתמש, בעיקר בתוצרים יצירתיים</w:t>
      </w:r>
    </w:p>
    <w:p>
      <w:pPr>
        <w:bidi/>
        <w:spacing w:after="40"/>
        <w:jc w:val="right"/>
      </w:pPr>
      <w:r>
        <w:rPr>
          <w:rFonts w:ascii="Arial" w:hAnsi="Arial" w:cs="Arial" w:eastAsia="Arial"/>
          <w:lang w:val="he-IL" w:bidi="he-IL"/>
          <w:sz w:val="22"/>
          <w:rtl/>
          <w:szCs w:val="22"/>
        </w:rPr>
        <w:t>3. לא נכון – השיחה בודקת גם תוכן וגם בחירות ותהליך עבודה</w:t>
      </w:r>
    </w:p>
    <w:p>
      <w:pPr>
        <w:bidi/>
        <w:spacing w:after="40"/>
        <w:jc w:val="right"/>
      </w:pPr>
      <w:r>
        <w:rPr>
          <w:rFonts w:ascii="Arial" w:hAnsi="Arial" w:cs="Arial" w:eastAsia="Arial"/>
          <w:lang w:val="he-IL" w:bidi="he-IL"/>
          <w:sz w:val="22"/>
          <w:rtl/>
          <w:szCs w:val="22"/>
        </w:rPr>
        <w:t>4. נכון – לפי הדוגמה בעמוד: 45 נקודות תוצר מול 40 נקודות תהליך</w:t>
      </w:r>
    </w:p>
    <w:p>
      <w:pPr>
        <w:bidi/>
        <w:pStyle w:val="Heading3"/>
        <w:spacing w:after="80"/>
        <w:jc w:val="right"/>
      </w:pPr>
      <w:r>
        <w:rPr>
          <w:rFonts w:ascii="Arial" w:hAnsi="Arial" w:cs="Arial" w:eastAsia="Arial"/>
          <w:lang w:val="he-IL" w:bidi="he-IL"/>
          <w:b/>
          <w:color w:val="3182CE"/>
          <w:sz w:val="26"/>
          <w:rtl/>
          <w:szCs w:val="26"/>
          <w:bCs/>
        </w:rPr>
        <w:t>חלק ג׳ – השלימו את המילה החסרה</w:t>
      </w:r>
    </w:p>
    <w:p>
      <w:pPr>
        <w:bidi/>
        <w:spacing w:after="40"/>
        <w:jc w:val="right"/>
      </w:pPr>
      <w:r>
        <w:rPr>
          <w:rFonts w:ascii="Arial" w:hAnsi="Arial" w:cs="Arial" w:eastAsia="Arial"/>
          <w:lang w:val="he-IL" w:bidi="he-IL"/>
          <w:sz w:val="22"/>
          <w:rtl/>
          <w:szCs w:val="22"/>
        </w:rPr>
        <w:t>1. שינה</w:t>
      </w:r>
    </w:p>
    <w:p>
      <w:pPr>
        <w:bidi/>
        <w:spacing w:after="40"/>
        <w:jc w:val="right"/>
      </w:pPr>
      <w:r>
        <w:rPr>
          <w:rFonts w:ascii="Arial" w:hAnsi="Arial" w:cs="Arial" w:eastAsia="Arial"/>
          <w:lang w:val="he-IL" w:bidi="he-IL"/>
          <w:sz w:val="22"/>
          <w:rtl/>
          <w:szCs w:val="22"/>
        </w:rPr>
        <w:t>2. הגנה</w:t>
      </w:r>
    </w:p>
    <w:p>
      <w:pPr>
        <w:bidi/>
        <w:spacing w:after="40"/>
        <w:jc w:val="right"/>
      </w:pPr>
      <w:r>
        <w:rPr>
          <w:rFonts w:ascii="Arial" w:hAnsi="Arial" w:cs="Arial" w:eastAsia="Arial"/>
          <w:lang w:val="he-IL" w:bidi="he-IL"/>
          <w:sz w:val="22"/>
          <w:rtl/>
          <w:szCs w:val="22"/>
        </w:rPr>
        <w:t>3. שקיפות</w:t>
      </w:r>
    </w:p>
    <w:p>
      <w:pPr>
        <w:bidi/>
        <w:spacing w:after="40"/>
        <w:jc w:val="right"/>
      </w:pPr>
      <w:r>
        <w:rPr>
          <w:rFonts w:ascii="Arial" w:hAnsi="Arial" w:cs="Arial" w:eastAsia="Arial"/>
          <w:lang w:val="he-IL" w:bidi="he-IL"/>
          <w:sz w:val="22"/>
          <w:rtl/>
          <w:szCs w:val="22"/>
        </w:rPr>
        <w:t>4. מחוון</w:t>
      </w:r>
    </w:p>
    <w:p>
      <w:pPr>
        <w:bidi/>
        <w:pStyle w:val="Heading3"/>
        <w:spacing w:after="80"/>
        <w:jc w:val="right"/>
      </w:pPr>
      <w:r>
        <w:rPr>
          <w:rFonts w:ascii="Arial" w:hAnsi="Arial" w:cs="Arial" w:eastAsia="Arial"/>
          <w:lang w:val="he-IL" w:bidi="he-IL"/>
          <w:b/>
          <w:color w:val="38A169"/>
          <w:sz w:val="26"/>
          <w:rtl/>
          <w:szCs w:val="26"/>
          <w:bCs/>
        </w:rPr>
        <w:t>חלק ד׳ – התאימו בין המושג להסבר</w:t>
      </w:r>
    </w:p>
    <w:p>
      <w:pPr>
        <w:bidi/>
        <w:spacing w:after="40"/>
        <w:jc w:val="right"/>
      </w:pPr>
      <w:r>
        <w:rPr>
          <w:rFonts w:ascii="Arial" w:hAnsi="Arial" w:cs="Arial" w:eastAsia="Arial"/>
          <w:lang w:val="he-IL" w:bidi="he-IL"/>
          <w:sz w:val="22"/>
          <w:rtl/>
          <w:szCs w:val="22"/>
        </w:rPr>
        <w:t>1 – ד (נקודת עצירה בכיתה בלי AI)</w:t>
      </w:r>
    </w:p>
    <w:p>
      <w:pPr>
        <w:bidi/>
        <w:spacing w:after="40"/>
        <w:jc w:val="right"/>
      </w:pPr>
      <w:r>
        <w:rPr>
          <w:rFonts w:ascii="Arial" w:hAnsi="Arial" w:cs="Arial" w:eastAsia="Arial"/>
          <w:lang w:val="he-IL" w:bidi="he-IL"/>
          <w:sz w:val="22"/>
          <w:rtl/>
          <w:szCs w:val="22"/>
        </w:rPr>
        <w:t>2 – ג (מתאימה לרוב המשימות)</w:t>
      </w:r>
    </w:p>
    <w:p>
      <w:pPr>
        <w:bidi/>
        <w:spacing w:after="40"/>
        <w:jc w:val="right"/>
      </w:pPr>
      <w:r>
        <w:rPr>
          <w:rFonts w:ascii="Arial" w:hAnsi="Arial" w:cs="Arial" w:eastAsia="Arial"/>
          <w:lang w:val="he-IL" w:bidi="he-IL"/>
          <w:sz w:val="22"/>
          <w:rtl/>
          <w:szCs w:val="22"/>
        </w:rPr>
        <w:t>3 – ה (תוצר יצירתי עם הסבר בעל פה)</w:t>
      </w:r>
    </w:p>
    <w:p>
      <w:pPr>
        <w:bidi/>
        <w:spacing w:after="40"/>
        <w:jc w:val="right"/>
      </w:pPr>
      <w:r>
        <w:rPr>
          <w:rFonts w:ascii="Arial" w:hAnsi="Arial" w:cs="Arial" w:eastAsia="Arial"/>
          <w:lang w:val="he-IL" w:bidi="he-IL"/>
          <w:sz w:val="22"/>
          <w:rtl/>
          <w:szCs w:val="22"/>
        </w:rPr>
        <w:t>4 – א (טבלת תיעוד של כל שלבי העבודה)</w:t>
      </w:r>
    </w:p>
    <w:p>
      <w:pPr>
        <w:bidi/>
        <w:spacing w:after="40"/>
        <w:jc w:val="right"/>
      </w:pPr>
      <w:r>
        <w:rPr>
          <w:rFonts w:ascii="Arial" w:hAnsi="Arial" w:cs="Arial" w:eastAsia="Arial"/>
          <w:lang w:val="he-IL" w:bidi="he-IL"/>
          <w:sz w:val="22"/>
          <w:rtl/>
          <w:szCs w:val="22"/>
        </w:rPr>
        <w:t>5 – ב (כלי להערכת תהליך ותוצר לפי קריטריונים)</w:t>
      </w:r>
    </w:p>
    <w:p>
      <w:pPr>
        <w:bidi/>
        <w:pStyle w:val="Heading3"/>
        <w:spacing w:after="80"/>
        <w:jc w:val="right"/>
      </w:pPr>
      <w:r>
        <w:rPr>
          <w:rFonts w:ascii="Arial" w:hAnsi="Arial" w:cs="Arial" w:eastAsia="Arial"/>
          <w:lang w:val="he-IL" w:bidi="he-IL"/>
          <w:b/>
          <w:color w:val="805AD5"/>
          <w:sz w:val="26"/>
          <w:rtl/>
          <w:szCs w:val="26"/>
          <w:bCs/>
        </w:rPr>
        <w:t>חלק ה׳ – סדרו את שלבי העבודה על המשימה</w:t>
      </w:r>
    </w:p>
    <w:p>
      <w:pPr>
        <w:bidi/>
        <w:spacing w:after="40"/>
        <w:jc w:val="right"/>
      </w:pPr>
      <w:r>
        <w:rPr>
          <w:rFonts w:ascii="Arial" w:hAnsi="Arial" w:cs="Arial" w:eastAsia="Arial"/>
          <w:lang w:val="he-IL" w:bidi="he-IL"/>
          <w:sz w:val="22"/>
          <w:rtl/>
          <w:szCs w:val="22"/>
        </w:rPr>
        <w:t>1. בוחרים נושא ומתכננים את המשימה</w:t>
      </w:r>
    </w:p>
    <w:p>
      <w:pPr>
        <w:bidi/>
        <w:spacing w:after="40"/>
        <w:jc w:val="right"/>
      </w:pPr>
      <w:r>
        <w:rPr>
          <w:rFonts w:ascii="Arial" w:hAnsi="Arial" w:cs="Arial" w:eastAsia="Arial"/>
          <w:lang w:val="he-IL" w:bidi="he-IL"/>
          <w:sz w:val="22"/>
          <w:rtl/>
          <w:szCs w:val="22"/>
        </w:rPr>
        <w:t>2. מחפשים מידע ובודקים אותו</w:t>
      </w:r>
    </w:p>
    <w:p>
      <w:pPr>
        <w:bidi/>
        <w:spacing w:after="40"/>
        <w:jc w:val="right"/>
      </w:pPr>
      <w:r>
        <w:rPr>
          <w:rFonts w:ascii="Arial" w:hAnsi="Arial" w:cs="Arial" w:eastAsia="Arial"/>
          <w:lang w:val="he-IL" w:bidi="he-IL"/>
          <w:sz w:val="22"/>
          <w:rtl/>
          <w:szCs w:val="22"/>
        </w:rPr>
        <w:t>3. משתמשים ב-AI לפי רמת ה-AIAS ומתעדים ביומן התהליך</w:t>
      </w:r>
    </w:p>
    <w:p>
      <w:pPr>
        <w:bidi/>
        <w:spacing w:after="40"/>
        <w:jc w:val="right"/>
      </w:pPr>
      <w:r>
        <w:rPr>
          <w:rFonts w:ascii="Arial" w:hAnsi="Arial" w:cs="Arial" w:eastAsia="Arial"/>
          <w:lang w:val="he-IL" w:bidi="he-IL"/>
          <w:sz w:val="22"/>
          <w:rtl/>
          <w:szCs w:val="22"/>
        </w:rPr>
        <w:t>4. בונים את התוצר הסופי (מצגת, סרטון, פודקאסט או אינפוגרפיקה)</w:t>
      </w:r>
    </w:p>
    <w:p>
      <w:pPr>
        <w:bidi/>
        <w:spacing w:after="40"/>
        <w:jc w:val="right"/>
      </w:pPr>
      <w:r>
        <w:rPr>
          <w:rFonts w:ascii="Arial" w:hAnsi="Arial" w:cs="Arial" w:eastAsia="Arial"/>
          <w:lang w:val="he-IL" w:bidi="he-IL"/>
          <w:sz w:val="22"/>
          <w:rtl/>
          <w:szCs w:val="22"/>
        </w:rPr>
        <w:t>5. משתתפים בשיחת הגנה קצרה עם המורה</w:t>
      </w:r>
    </w:p>
    <w:p>
      <w:pPr>
        <w:bidi/>
        <w:pStyle w:val="Heading3"/>
        <w:spacing w:after="80"/>
        <w:jc w:val="right"/>
      </w:pPr>
      <w:r>
        <w:rPr>
          <w:rFonts w:ascii="Arial" w:hAnsi="Arial" w:cs="Arial" w:eastAsia="Arial"/>
          <w:lang w:val="he-IL" w:bidi="he-IL"/>
          <w:b/>
          <w:color w:val="D53F8C"/>
          <w:sz w:val="26"/>
          <w:rtl/>
          <w:szCs w:val="26"/>
          <w:bCs/>
        </w:rPr>
        <w:t>חלק ו׳ – כתיבה ומחשבה</w:t>
      </w:r>
    </w:p>
    <w:p>
      <w:pPr>
        <w:bidi/>
        <w:spacing w:after="40"/>
        <w:jc w:val="right"/>
      </w:pPr>
      <w:r>
        <w:rPr>
          <w:rFonts w:ascii="Arial" w:hAnsi="Arial" w:cs="Arial" w:eastAsia="Arial"/>
          <w:lang w:val="he-IL" w:bidi="he-IL"/>
          <w:sz w:val="22"/>
          <w:rtl/>
          <w:szCs w:val="22"/>
        </w:rPr>
        <w:t>1. תשובה טובה תכלול: שלב בעבודה, כלי AI, דוגמה לפרומפט, מה קיבלו ומה שינו בעצמם</w:t>
      </w:r>
    </w:p>
    <w:p>
      <w:pPr>
        <w:bidi/>
        <w:spacing w:after="40"/>
        <w:jc w:val="right"/>
      </w:pPr>
      <w:r>
        <w:rPr>
          <w:rFonts w:ascii="Arial" w:hAnsi="Arial" w:cs="Arial" w:eastAsia="Arial"/>
          <w:lang w:val="he-IL" w:bidi="he-IL"/>
          <w:sz w:val="22"/>
          <w:rtl/>
          <w:szCs w:val="22"/>
        </w:rPr>
        <w:t>2. תשובה טובה תבחין בין שימוש לבדיקה/שיפור רעיון לבין העתקה ללא הבנה</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רמה 1 - בלי AI, רמה 4 - שימוש נרחב בתוצר יצירתי עם הסבר</w:t>
      </w:r>
    </w:p>
    <w:p>
      <w:pPr>
        <w:bidi/>
        <w:spacing w:after="80"/>
        <w:jc w:val="right"/>
      </w:pPr>
      <w:r>
        <w:rPr>
          <w:rFonts w:ascii="Arial" w:hAnsi="Arial" w:cs="Arial" w:eastAsia="Arial"/>
          <w:lang w:val="he-IL" w:bidi="he-IL"/>
          <w:sz w:val="22"/>
          <w:rtl/>
          <w:szCs w:val="22"/>
        </w:rPr>
        <w:t>• מה עשיתי, באיזה כלי, הפרומפט, מה בדקתי ומה שיניתי</w:t>
      </w:r>
    </w:p>
    <w:p>
      <w:pPr>
        <w:bidi/>
        <w:spacing w:after="80"/>
        <w:jc w:val="right"/>
      </w:pPr>
      <w:r>
        <w:rPr>
          <w:rFonts w:ascii="Arial" w:hAnsi="Arial" w:cs="Arial" w:eastAsia="Arial"/>
          <w:lang w:val="he-IL" w:bidi="he-IL"/>
          <w:sz w:val="22"/>
          <w:rtl/>
          <w:szCs w:val="22"/>
        </w:rPr>
        <w:t>• כדי לוודא שהתלמיד הבין ועשה את העבודה בעצמו</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להתחיל בדוגמה אחת מהעמוד ולהראות יומן תהליך ממולא כדי שהתלמידים יבינו את הציפייה</w:t>
      </w:r>
    </w:p>
    <w:p>
      <w:pPr>
        <w:bidi/>
        <w:spacing w:after="80"/>
        <w:jc w:val="right"/>
      </w:pPr>
      <w:r>
        <w:rPr>
          <w:rFonts w:ascii="Arial" w:hAnsi="Arial" w:cs="Arial" w:eastAsia="Arial"/>
          <w:lang w:val="he-IL" w:bidi="he-IL"/>
          <w:sz w:val="22"/>
          <w:rtl/>
          <w:szCs w:val="22"/>
        </w:rPr>
        <w:t>• כדאי לתרגל בעל פה שאלת הגנה אחת בכיתה לפני העבודה העצמאית</w:t>
      </w:r>
    </w:p>
    <w:p>
      <w:pPr>
        <w:bidi/>
        <w:spacing w:after="80"/>
        <w:jc w:val="right"/>
      </w:pPr>
      <w:r>
        <w:rPr>
          <w:rFonts w:ascii="Arial" w:hAnsi="Arial" w:cs="Arial" w:eastAsia="Arial"/>
          <w:lang w:val="he-IL" w:bidi="he-IL"/>
          <w:sz w:val="22"/>
          <w:rtl/>
          <w:szCs w:val="22"/>
        </w:rPr>
        <w:t>• בחלק הפתוח מומלץ לשתף 2-3 תשובות ולדון בהבדל בין עזרה ללמידה להעתקה</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הערכה חלופית בעידן ה-AI: מתוצר לתהליך</w:t>
            </w:r>
          </w:p>
          <w:p>
            <w:pPr>
              <w:bidi/>
              <w:jc w:val="right"/>
            </w:pPr>
            <w:r>
              <w:rPr>
                <w:rFonts w:ascii="Arial" w:hAnsi="Arial" w:cs="Arial" w:eastAsia="Arial"/>
                <w:lang w:val="he-IL" w:bidi="he-IL"/>
                <w:b/>
                <w:color w:val="3C1361"/>
                <w:sz w:val="32"/>
                <w:rtl/>
                <w:szCs w:val="32"/>
                <w:bCs/>
              </w:rPr>
              <w:t>דף תרגול: הערכה חלופית ושימוש שקוף ב-AI (חטיבת ביניים)</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בחטיבת הביניים תלמידים משתמשים בכלי AI במשימות שונות. כדי שההערכה תהיה הוגנת, המורים מגדירים רמת AIAS לכל משימה, מבקשים יומן תהליך ומקיימים שיחה אישית בסוף. דף זה מתרגל את המושגים האלה.</w:t>
      </w:r>
    </w:p>
    <w:p>
      <w:pPr>
        <w:bidi/>
        <w:pStyle w:val="Heading2"/>
        <w:spacing w:after="80"/>
        <w:jc w:val="right"/>
      </w:pPr>
      <w:r>
        <w:rPr>
          <w:rFonts w:ascii="Arial" w:hAnsi="Arial" w:cs="Arial" w:eastAsia="Arial"/>
          <w:lang w:val="he-IL" w:bidi="he-IL"/>
          <w:b/>
          <w:color w:val="E53E3E"/>
          <w:sz w:val="28"/>
          <w:rtl/>
          <w:szCs w:val="28"/>
          <w:bCs/>
        </w:rPr>
        <w:t>1  חלק א׳ – הבנה כללית</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 זה AIAS?</w:t>
      </w:r>
    </w:p>
    <w:p>
      <w:pPr>
        <w:bidi/>
        <w:spacing w:after="20"/>
        <w:jc w:val="right"/>
      </w:pPr>
      <w:r>
        <w:rPr>
          <w:rFonts w:ascii="Arial" w:hAnsi="Arial" w:cs="Arial" w:eastAsia="Arial"/>
          <w:lang w:val="he-IL" w:bidi="he-IL"/>
          <w:sz w:val="24"/>
          <w:rtl/>
          <w:szCs w:val="24"/>
        </w:rPr>
        <w:t xml:space="preserve">      ☐ א. תוכנה להכנת מצגות</w:t>
      </w:r>
    </w:p>
    <w:p>
      <w:pPr>
        <w:bidi/>
        <w:spacing w:after="20"/>
        <w:jc w:val="right"/>
      </w:pPr>
      <w:r>
        <w:rPr>
          <w:rFonts w:ascii="Arial" w:hAnsi="Arial" w:cs="Arial" w:eastAsia="Arial"/>
          <w:lang w:val="he-IL" w:bidi="he-IL"/>
          <w:sz w:val="24"/>
          <w:rtl/>
          <w:szCs w:val="24"/>
        </w:rPr>
        <w:t xml:space="preserve">      ☐ ב. סולם שמגדיר רמת שימוש מותרת ב-AI במשימה</w:t>
      </w:r>
    </w:p>
    <w:p>
      <w:pPr>
        <w:bidi/>
        <w:spacing w:after="20"/>
        <w:jc w:val="right"/>
      </w:pPr>
      <w:r>
        <w:rPr>
          <w:rFonts w:ascii="Arial" w:hAnsi="Arial" w:cs="Arial" w:eastAsia="Arial"/>
          <w:lang w:val="he-IL" w:bidi="he-IL"/>
          <w:sz w:val="24"/>
          <w:rtl/>
          <w:szCs w:val="24"/>
        </w:rPr>
        <w:t xml:space="preserve">      ☐ ג. סוג של חידון כיתתי</w:t>
      </w:r>
    </w:p>
    <w:p>
      <w:pPr>
        <w:bidi/>
        <w:spacing w:after="20"/>
        <w:jc w:val="right"/>
      </w:pPr>
      <w:r>
        <w:rPr>
          <w:rFonts w:ascii="Arial" w:hAnsi="Arial" w:cs="Arial" w:eastAsia="Arial"/>
          <w:lang w:val="he-IL" w:bidi="he-IL"/>
          <w:sz w:val="24"/>
          <w:rtl/>
          <w:szCs w:val="24"/>
        </w:rPr>
        <w:t xml:space="preserve">      ☐ ד. כלי לבדיקת איות</w:t>
      </w:r>
    </w:p>
    <w:p>
      <w:pPr>
        <w:bidi/>
        <w:spacing w:after="20"/>
        <w:jc w:val="right"/>
      </w:pPr>
      <w:r>
        <w:rPr>
          <w:rFonts w:ascii="Arial" w:hAnsi="Arial" w:cs="Arial" w:eastAsia="Arial"/>
          <w:lang w:val="he-IL" w:bidi="he-IL"/>
          <w:b/>
          <w:sz w:val="24"/>
          <w:rtl/>
          <w:szCs w:val="24"/>
          <w:bCs/>
        </w:rPr>
        <w:t>2. ברמה 1 של AIAS, מה מותר לתלמיד לעשות עם AI?</w:t>
      </w:r>
    </w:p>
    <w:p>
      <w:pPr>
        <w:bidi/>
        <w:spacing w:after="20"/>
        <w:jc w:val="right"/>
      </w:pPr>
      <w:r>
        <w:rPr>
          <w:rFonts w:ascii="Arial" w:hAnsi="Arial" w:cs="Arial" w:eastAsia="Arial"/>
          <w:lang w:val="he-IL" w:bidi="he-IL"/>
          <w:sz w:val="24"/>
          <w:rtl/>
          <w:szCs w:val="24"/>
        </w:rPr>
        <w:t xml:space="preserve">      ☐ א. הכל מותר</w:t>
      </w:r>
    </w:p>
    <w:p>
      <w:pPr>
        <w:bidi/>
        <w:spacing w:after="20"/>
        <w:jc w:val="right"/>
      </w:pPr>
      <w:r>
        <w:rPr>
          <w:rFonts w:ascii="Arial" w:hAnsi="Arial" w:cs="Arial" w:eastAsia="Arial"/>
          <w:lang w:val="he-IL" w:bidi="he-IL"/>
          <w:sz w:val="24"/>
          <w:rtl/>
          <w:szCs w:val="24"/>
        </w:rPr>
        <w:t xml:space="preserve">      ☐ ב. כלום – זו נקודת עצירה בלי AI</w:t>
      </w:r>
    </w:p>
    <w:p>
      <w:pPr>
        <w:bidi/>
        <w:spacing w:after="20"/>
        <w:jc w:val="right"/>
      </w:pPr>
      <w:r>
        <w:rPr>
          <w:rFonts w:ascii="Arial" w:hAnsi="Arial" w:cs="Arial" w:eastAsia="Arial"/>
          <w:lang w:val="he-IL" w:bidi="he-IL"/>
          <w:sz w:val="24"/>
          <w:rtl/>
          <w:szCs w:val="24"/>
        </w:rPr>
        <w:t xml:space="preserve">      ☐ ג. רק להעתיק טקסט</w:t>
      </w:r>
    </w:p>
    <w:p>
      <w:pPr>
        <w:bidi/>
        <w:spacing w:after="20"/>
        <w:jc w:val="right"/>
      </w:pPr>
      <w:r>
        <w:rPr>
          <w:rFonts w:ascii="Arial" w:hAnsi="Arial" w:cs="Arial" w:eastAsia="Arial"/>
          <w:lang w:val="he-IL" w:bidi="he-IL"/>
          <w:sz w:val="24"/>
          <w:rtl/>
          <w:szCs w:val="24"/>
        </w:rPr>
        <w:t xml:space="preserve">      ☐ ד. רק לתרגם מילים</w:t>
      </w:r>
    </w:p>
    <w:p>
      <w:pPr>
        <w:bidi/>
        <w:spacing w:after="20"/>
        <w:jc w:val="right"/>
      </w:pPr>
      <w:r>
        <w:rPr>
          <w:rFonts w:ascii="Arial" w:hAnsi="Arial" w:cs="Arial" w:eastAsia="Arial"/>
          <w:lang w:val="he-IL" w:bidi="he-IL"/>
          <w:b/>
          <w:sz w:val="24"/>
          <w:rtl/>
          <w:szCs w:val="24"/>
          <w:bCs/>
        </w:rPr>
        <w:t>3. מתי בדרך כלל ממליצים על רמה 4?</w:t>
      </w:r>
    </w:p>
    <w:p>
      <w:pPr>
        <w:bidi/>
        <w:spacing w:after="20"/>
        <w:jc w:val="right"/>
      </w:pPr>
      <w:r>
        <w:rPr>
          <w:rFonts w:ascii="Arial" w:hAnsi="Arial" w:cs="Arial" w:eastAsia="Arial"/>
          <w:lang w:val="he-IL" w:bidi="he-IL"/>
          <w:sz w:val="24"/>
          <w:rtl/>
          <w:szCs w:val="24"/>
        </w:rPr>
        <w:t xml:space="preserve">      ☐ א. בתוצרים יצירתיים עם הסבר בעל פה</w:t>
      </w:r>
    </w:p>
    <w:p>
      <w:pPr>
        <w:bidi/>
        <w:spacing w:after="20"/>
        <w:jc w:val="right"/>
      </w:pPr>
      <w:r>
        <w:rPr>
          <w:rFonts w:ascii="Arial" w:hAnsi="Arial" w:cs="Arial" w:eastAsia="Arial"/>
          <w:lang w:val="he-IL" w:bidi="he-IL"/>
          <w:sz w:val="24"/>
          <w:rtl/>
          <w:szCs w:val="24"/>
        </w:rPr>
        <w:t xml:space="preserve">      ☐ ב. במבחן סגור</w:t>
      </w:r>
    </w:p>
    <w:p>
      <w:pPr>
        <w:bidi/>
        <w:spacing w:after="20"/>
        <w:jc w:val="right"/>
      </w:pPr>
      <w:r>
        <w:rPr>
          <w:rFonts w:ascii="Arial" w:hAnsi="Arial" w:cs="Arial" w:eastAsia="Arial"/>
          <w:lang w:val="he-IL" w:bidi="he-IL"/>
          <w:sz w:val="24"/>
          <w:rtl/>
          <w:szCs w:val="24"/>
        </w:rPr>
        <w:t xml:space="preserve">      ☐ ג. בכל משימה בלי יוצא מהכלל</w:t>
      </w:r>
    </w:p>
    <w:p>
      <w:pPr>
        <w:bidi/>
        <w:spacing w:after="20"/>
        <w:jc w:val="right"/>
      </w:pPr>
      <w:r>
        <w:rPr>
          <w:rFonts w:ascii="Arial" w:hAnsi="Arial" w:cs="Arial" w:eastAsia="Arial"/>
          <w:lang w:val="he-IL" w:bidi="he-IL"/>
          <w:sz w:val="24"/>
          <w:rtl/>
          <w:szCs w:val="24"/>
        </w:rPr>
        <w:t xml:space="preserve">      ☐ ד. רק בשיעורי בית</w:t>
      </w:r>
    </w:p>
    <w:p>
      <w:pPr>
        <w:bidi/>
        <w:spacing w:after="20"/>
        <w:jc w:val="right"/>
      </w:pPr>
      <w:r>
        <w:rPr>
          <w:rFonts w:ascii="Arial" w:hAnsi="Arial" w:cs="Arial" w:eastAsia="Arial"/>
          <w:lang w:val="he-IL" w:bidi="he-IL"/>
          <w:b/>
          <w:sz w:val="24"/>
          <w:rtl/>
          <w:szCs w:val="24"/>
          <w:bCs/>
        </w:rPr>
        <w:t>4. מה מתעדים ביומן התהליך?</w:t>
      </w:r>
    </w:p>
    <w:p>
      <w:pPr>
        <w:bidi/>
        <w:spacing w:after="20"/>
        <w:jc w:val="right"/>
      </w:pPr>
      <w:r>
        <w:rPr>
          <w:rFonts w:ascii="Arial" w:hAnsi="Arial" w:cs="Arial" w:eastAsia="Arial"/>
          <w:lang w:val="he-IL" w:bidi="he-IL"/>
          <w:sz w:val="24"/>
          <w:rtl/>
          <w:szCs w:val="24"/>
        </w:rPr>
        <w:t xml:space="preserve">      ☐ א. רק את הציון הסופי</w:t>
      </w:r>
    </w:p>
    <w:p>
      <w:pPr>
        <w:bidi/>
        <w:spacing w:after="20"/>
        <w:jc w:val="right"/>
      </w:pPr>
      <w:r>
        <w:rPr>
          <w:rFonts w:ascii="Arial" w:hAnsi="Arial" w:cs="Arial" w:eastAsia="Arial"/>
          <w:lang w:val="he-IL" w:bidi="he-IL"/>
          <w:sz w:val="24"/>
          <w:rtl/>
          <w:szCs w:val="24"/>
        </w:rPr>
        <w:t xml:space="preserve">      ☐ ב. מה עשיתי, באיזה כלי השתמשתי, מה בדקתי ומה שיניתי</w:t>
      </w:r>
    </w:p>
    <w:p>
      <w:pPr>
        <w:bidi/>
        <w:spacing w:after="20"/>
        <w:jc w:val="right"/>
      </w:pPr>
      <w:r>
        <w:rPr>
          <w:rFonts w:ascii="Arial" w:hAnsi="Arial" w:cs="Arial" w:eastAsia="Arial"/>
          <w:lang w:val="he-IL" w:bidi="he-IL"/>
          <w:sz w:val="24"/>
          <w:rtl/>
          <w:szCs w:val="24"/>
        </w:rPr>
        <w:t xml:space="preserve">      ☐ ג. רק את שם המורה</w:t>
      </w:r>
    </w:p>
    <w:p>
      <w:pPr>
        <w:bidi/>
        <w:spacing w:after="20"/>
        <w:jc w:val="right"/>
      </w:pPr>
      <w:r>
        <w:rPr>
          <w:rFonts w:ascii="Arial" w:hAnsi="Arial" w:cs="Arial" w:eastAsia="Arial"/>
          <w:lang w:val="he-IL" w:bidi="he-IL"/>
          <w:sz w:val="24"/>
          <w:rtl/>
          <w:szCs w:val="24"/>
        </w:rPr>
        <w:t xml:space="preserve">      ☐ ד. רק את התאריך</w:t>
      </w:r>
    </w:p>
    <w:p>
      <w:pPr>
        <w:bidi/>
        <w:spacing w:after="20"/>
        <w:jc w:val="right"/>
      </w:pPr>
      <w:r>
        <w:rPr>
          <w:rFonts w:ascii="Arial" w:hAnsi="Arial" w:cs="Arial" w:eastAsia="Arial"/>
          <w:lang w:val="he-IL" w:bidi="he-IL"/>
          <w:b/>
          <w:sz w:val="24"/>
          <w:rtl/>
          <w:szCs w:val="24"/>
          <w:bCs/>
        </w:rPr>
        <w:t>5. מתי מתקיימת שיחת ההגנה?</w:t>
      </w:r>
    </w:p>
    <w:p>
      <w:pPr>
        <w:bidi/>
        <w:spacing w:after="20"/>
        <w:jc w:val="right"/>
      </w:pPr>
      <w:r>
        <w:rPr>
          <w:rFonts w:ascii="Arial" w:hAnsi="Arial" w:cs="Arial" w:eastAsia="Arial"/>
          <w:lang w:val="he-IL" w:bidi="he-IL"/>
          <w:sz w:val="24"/>
          <w:rtl/>
          <w:szCs w:val="24"/>
        </w:rPr>
        <w:t xml:space="preserve">      ☐ א. לפני תחילת המשימה</w:t>
      </w:r>
    </w:p>
    <w:p>
      <w:pPr>
        <w:bidi/>
        <w:spacing w:after="20"/>
        <w:jc w:val="right"/>
      </w:pPr>
      <w:r>
        <w:rPr>
          <w:rFonts w:ascii="Arial" w:hAnsi="Arial" w:cs="Arial" w:eastAsia="Arial"/>
          <w:lang w:val="he-IL" w:bidi="he-IL"/>
          <w:sz w:val="24"/>
          <w:rtl/>
          <w:szCs w:val="24"/>
        </w:rPr>
        <w:t xml:space="preserve">      ☐ ב. באמצע העבודה</w:t>
      </w:r>
    </w:p>
    <w:p>
      <w:pPr>
        <w:bidi/>
        <w:spacing w:after="20"/>
        <w:jc w:val="right"/>
      </w:pPr>
      <w:r>
        <w:rPr>
          <w:rFonts w:ascii="Arial" w:hAnsi="Arial" w:cs="Arial" w:eastAsia="Arial"/>
          <w:lang w:val="he-IL" w:bidi="he-IL"/>
          <w:sz w:val="24"/>
          <w:rtl/>
          <w:szCs w:val="24"/>
        </w:rPr>
        <w:t xml:space="preserve">      ☐ ג. אחרי הגשת התוצר הסופי</w:t>
      </w:r>
    </w:p>
    <w:p>
      <w:pPr>
        <w:bidi/>
        <w:spacing w:after="20"/>
        <w:jc w:val="right"/>
      </w:pPr>
      <w:r>
        <w:rPr>
          <w:rFonts w:ascii="Arial" w:hAnsi="Arial" w:cs="Arial" w:eastAsia="Arial"/>
          <w:lang w:val="he-IL" w:bidi="he-IL"/>
          <w:sz w:val="24"/>
          <w:rtl/>
          <w:szCs w:val="24"/>
        </w:rPr>
        <w:t xml:space="preserve">      ☐ ד. במקום המחוון</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נכון או לא נכון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יומן התהליך כולל גם את הפרומפט שהתלמיד כתב ל-AI</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ברמה 4 של AIAS אסור להשתמש ב-AI בכלל</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שיחת ההגנה בודקת רק את התוכן ולא את התהליך</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במחוון המומלץ, התוצר מקבל יותר נקודות מהתהליך</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השלימו את המילה החסרה</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יומן התהליך מתעד מה התלמיד עשה, מה בדק ומה __________</w:t>
      </w:r>
    </w:p>
    <w:p>
      <w:pPr>
        <w:bidi/>
        <w:spacing w:after="80"/>
        <w:jc w:val="right"/>
      </w:pPr>
      <w:r>
        <w:rPr>
          <w:rFonts w:ascii="Arial" w:hAnsi="Arial" w:cs="Arial" w:eastAsia="Arial"/>
          <w:lang w:val="he-IL" w:bidi="he-IL"/>
          <w:sz w:val="24"/>
          <w:rtl/>
          <w:szCs w:val="24"/>
        </w:rPr>
        <w:t>2. שיחה אישית בסוף המשימה נקראת שיחת __________</w:t>
      </w:r>
    </w:p>
    <w:p>
      <w:pPr>
        <w:bidi/>
        <w:spacing w:after="80"/>
        <w:jc w:val="right"/>
      </w:pPr>
      <w:r>
        <w:rPr>
          <w:rFonts w:ascii="Arial" w:hAnsi="Arial" w:cs="Arial" w:eastAsia="Arial"/>
          <w:lang w:val="he-IL" w:bidi="he-IL"/>
          <w:sz w:val="24"/>
          <w:rtl/>
          <w:szCs w:val="24"/>
        </w:rPr>
        <w:t>3. כדי לשמור על __________ יש לציין בגלוי איפה השתמשנו ב-AI</w:t>
      </w:r>
    </w:p>
    <w:p>
      <w:pPr>
        <w:bidi/>
        <w:spacing w:after="80"/>
        <w:jc w:val="right"/>
      </w:pPr>
      <w:r>
        <w:rPr>
          <w:rFonts w:ascii="Arial" w:hAnsi="Arial" w:cs="Arial" w:eastAsia="Arial"/>
          <w:lang w:val="he-IL" w:bidi="he-IL"/>
          <w:sz w:val="24"/>
          <w:rtl/>
          <w:szCs w:val="24"/>
        </w:rPr>
        <w:t>4. כלי שמסביר איך מעריכים עבודה לפי קריטריונים נקרא __________</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התאימו בין המושג להסבר</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רמה 1</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טבלת תיעוד של כל שלבי העבודה</w:t>
            </w:r>
          </w:p>
        </w:tc>
      </w:tr>
      <w:tr>
        <w:tc>
          <w:tcPr>
            <w:tcW w:type="dxa" w:w="3969"/>
          </w:tcPr>
          <w:p>
            <w:pPr>
              <w:bidi/>
              <w:jc w:val="right"/>
            </w:pPr>
            <w:r>
              <w:rPr>
                <w:rFonts w:ascii="Arial" w:hAnsi="Arial" w:cs="Arial" w:eastAsia="Arial"/>
                <w:lang w:val="he-IL" w:bidi="he-IL"/>
                <w:sz w:val="24"/>
                <w:rtl/>
                <w:szCs w:val="24"/>
              </w:rPr>
              <w:t>2. רמה 2-3</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כלי להערכת תהליך ותוצר לפי קריטריונים</w:t>
            </w:r>
          </w:p>
        </w:tc>
      </w:tr>
      <w:tr>
        <w:tc>
          <w:tcPr>
            <w:tcW w:type="dxa" w:w="3969"/>
          </w:tcPr>
          <w:p>
            <w:pPr>
              <w:bidi/>
              <w:jc w:val="right"/>
            </w:pPr>
            <w:r>
              <w:rPr>
                <w:rFonts w:ascii="Arial" w:hAnsi="Arial" w:cs="Arial" w:eastAsia="Arial"/>
                <w:lang w:val="he-IL" w:bidi="he-IL"/>
                <w:sz w:val="24"/>
                <w:rtl/>
                <w:szCs w:val="24"/>
              </w:rPr>
              <w:t>3. רמה 4</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מתאימה לרוב המשימות</w:t>
            </w:r>
          </w:p>
        </w:tc>
      </w:tr>
      <w:tr>
        <w:tc>
          <w:tcPr>
            <w:tcW w:type="dxa" w:w="3969"/>
          </w:tcPr>
          <w:p>
            <w:pPr>
              <w:bidi/>
              <w:jc w:val="right"/>
            </w:pPr>
            <w:r>
              <w:rPr>
                <w:rFonts w:ascii="Arial" w:hAnsi="Arial" w:cs="Arial" w:eastAsia="Arial"/>
                <w:lang w:val="he-IL" w:bidi="he-IL"/>
                <w:sz w:val="24"/>
                <w:rtl/>
                <w:szCs w:val="24"/>
              </w:rPr>
              <w:t>4. יומן תהליך</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נקודת עצירה בכיתה בלי AI</w:t>
            </w:r>
          </w:p>
        </w:tc>
      </w:tr>
      <w:tr>
        <w:tc>
          <w:tcPr>
            <w:tcW w:type="dxa" w:w="3969"/>
          </w:tcPr>
          <w:p>
            <w:pPr>
              <w:bidi/>
              <w:jc w:val="right"/>
            </w:pPr>
            <w:r>
              <w:rPr>
                <w:rFonts w:ascii="Arial" w:hAnsi="Arial" w:cs="Arial" w:eastAsia="Arial"/>
                <w:lang w:val="he-IL" w:bidi="he-IL"/>
                <w:sz w:val="24"/>
                <w:rtl/>
                <w:szCs w:val="24"/>
              </w:rPr>
              <w:t>5. מחוון</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תוצר יצירתי עם הסבר בעל פה</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סדרו את שלבי העבודה על המשימה</w:t>
      </w:r>
    </w:p>
    <w:p>
      <w:pPr>
        <w:bidi/>
        <w:spacing w:after="80"/>
        <w:jc w:val="right"/>
      </w:pPr>
      <w:r>
        <w:rPr>
          <w:rFonts w:ascii="Arial" w:hAnsi="Arial" w:cs="Arial" w:eastAsia="Arial"/>
          <w:lang w:val="he-IL" w:bidi="he-IL"/>
          <w:color w:val="555555"/>
          <w:sz w:val="22"/>
          <w:rtl/>
          <w:szCs w:val="22"/>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מחפשים מידע ובודקים אותו</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משתמשים ב-AI לפי רמת ה-AIAS ומתעדים ביומן התהליך</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משתתפים בשיחת הגנה קצרה עם המורה</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בוחרים נושא ומתכננים את המשימה</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בונים את התוצר הסופי (מצגת, סרטון, פודקאסט או אינפוגרפיקה)</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כתיבה ומחשבה</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כתבו פסקה קצרה: איך הייתם מתעדים ביומן תהליך שימוש ב-AI במשימה שלכם? תנו דוגמה אחת מהפרומפט שהשתמשתם בו.</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תארו מצב אחד שבו שימוש ב-AI עוזר ללמידה, ומצב אחד שבו הוא עלול לפגוע בה.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מה ההבדל בין רמה 1 לרמה 4 ב-AIAS?</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מה כותבים ביומן תהליך?</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למה חשובה שיחת ההגנה בסוף משימה?</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הערכה חלופית ושימוש שקוף ב-AI (חטיבת ביניים)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