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ושימוש שקוף ב-AI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רמות ה-AIAS ואת תפקידן במשימות 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יומן תהליך ושיחת הגנה ולמה הם חשובים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שימוש אחראי ושקוף בכלי AI במשימות 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סולם שמגדיר רמת שימוש מותרת ב-AI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כלום – זו נקודת עצירה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בתוצרים יצירתיים עם הסבר בעל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עשיתי, באיזה כלי השתמשתי, מה בדקתי ומה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אחרי הגשת התוצר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היומן מתעד את כל שלבי העבודה כולל הפרומפטים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ברמה 4 כן אפשר להשתמש, בעיקר בתוצרים יצירתיים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השיחה בודקת גם תוכן וגם בחירות ותהליך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לפי הדוגמה בעמוד: 45 נקודות תוצר מול 40 נקודות 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(נקודת עצירה בכיתה בלי 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(מתאימה לרוב המשימות)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(תוצר יצירתי עם הסבר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(טבלת תיעוד של כל שלבי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(כלי להערכת תהליך ותוצר לפי קריטריונים)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על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 ומתכננים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מידע ובודקים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משתמשים ב-AI לפי רמת ה-AIAS ומתעדים ביומן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בונים את התוצר הסופי (מצגת, סרטון, פודקאסט או אינפוגרפיקה)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משתתפים בשיחת הגנה קצרה עם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שלב בעבודה, כלי AI, דוגמה לפרומפט, מה קיבלו ומה שינו בעצמם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תבחין בין שימוש לבדיקה/שיפור רעיון לבין העתקה ללא 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רמה 1 - בלי AI, רמה 4 - שימוש נרחב בתוצר יצירתי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עשיתי, באיזה כלי, הפרומפט, מה בדקתי ומה שיניתי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שהתלמיד הבין ועשה את העבודה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אחת מהעמוד ולהראות יומן תהליך ממולא כדי שהתלמידים יבינו את הציפייה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שאלת הגנה אחת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לשתף 2-3 תשובות ולדון בהבדל בין עזרה ללמידה להעתקה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ושימוש שקוף ב-AI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תלמידים משתמשים לפעמים בעזרה של AI בשיעורי בית. חשוב לדעת מה מותר, איך לתעד את העבודה, ולדעת להסביר מה עשינו. בדף הזה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שמגדיר כמה מותר להשתמש ב-AI במשימה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שבה מתעדים מה עשיתי, מה בדקתי ומה שיניתי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בגלוי איפה ואיך השתמשתי ב-AI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שיחת 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עם המורה אחרי הגשה שבודקת הבנה אמיתית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שמסביר איך מעריכים עבודה לפי קריטריונים ורמות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וכתיבה על מה שלמדתי ואיך עבדתי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הוראה או שאלה שכותבים לכלי AI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שגויה שמוצעת בשאלת רב-ברירה כדי לבדוק הבנה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AIAS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תוכנה להכנת מצגות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סולם שמגדיר רמת שימוש מותרת ב-AI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חידון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לבדיקת 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ברמה הכי נמוכה?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 מותר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כלום – זו נקודת עצירה בלי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להעתיק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לתרגם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משימה מתאים להשתמש הכי הרבה ב-AI?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בתוצרים יצירתיים עם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במבחן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 משימה בלי יוצא מהכלל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בטבלת התיעוד?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עשיתי, באיזה כלי השתמשתי, מה בדקתי ומה שיניתי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נפגשים עם המורה לשיחה 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תחילת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הגשת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במקום המחוון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התהליך כולל גם את הפרומפט שהתלמיד כתב ל-AI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4 של AIAS אסור להשתמש ב-AI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ההגנה בודקת רק את התוכן ולא את התהליך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המומלץ, התוצר מקבל יותר נקודות מהתהליך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יומן התהליך מתעד מה התלמיד עשה, מה בדק ומה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שיחה אישית בסוף המשימה נקראת שיחת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לשמור על __________ יש לציין בגלוי איפה השתמשנו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כלי שמסביר איך מעריכים עבודה לפי קריטריונים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מתאימה לרוב המשימות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 2-3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תוצר יצירתי עם הסבר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טבלת תיעוד של כל שלבי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נקודת עצירה בכיתה בלי 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להערכת תהליך ותוצר לפי קריטריונים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על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מידע ובודקים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את התוצר הסופי (מצגת, סרטון, פודקאסט או אינפוגרפיקה)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נושא ומתכננים את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משתתפים בשיחת הגנה קצרה עם המורה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משתמשים ב-AI לפי רמת ה-AIAS ומתעדים ביומן התהליך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איך הייתם מתעדים ביומן תהליך שימוש ב-AI במשימה שלכם? תנו דוגמה אחת מהפרומפט שהשתמשתם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אחד שבו שימוש ב-AI עוזר ללמידה, ומצב אחד שבו הוא עלול לפגוע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רמה 1 לרמה 4 ב-AIAS?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ביומן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חשובה שיחת ההגנה בסוף 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ושימוש שקוף ב-AI (חטיבת ביניים)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